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שינויים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״שינויים״ בספרייה: מורה מחליף או מחליפה، חדשים בכיתה، כשהתוכנית משתנה، עוברים דירה.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״מורה מחליף או מחליפה״?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היום מבוגר אחר מלמד אותנו.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(״מורה מחליף או מחליפה״) היום ____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מבוגר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״חדשים בכיתה״?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זה בסדר להרגיש מתרגש/ת.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(״חדשים בכיתה״) זה בסדר ____ מתרגש/ת.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״כשהתוכנית משתנה״?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זה בסדר להרגיש מאוכזב/ת.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(״כשהתוכנית משתנה״) זה בסדר ____ מאוכזב/ת.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״עוברים דירה״?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אני גם נרגש/ת וגם עצוב/ה.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(״עוברים דירה״) אבא שמח ____ מספר/ת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להרים יד ולשאול.״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״הצלחתי ללמוד גם עם מבוגר אחר.״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״מורה מחליף או מחליפה״.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ד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לפעמים מי שמלמד אותנו לא כאן היום.، היום מבוגר אחר מלמד אותנו. | נקודת מבט: גם המבוגר החדש רוצה יום טוב.، הילדים סקרנים להכיר אותי. | מה אני יכול/ה לנסות: אני יכול/ה להרים יד ולשאול.، אני אומר/ת שלום ואת השם שלי. | חיזוק: הצלחתי ללמוד גם עם מבוגר אחר.، לאט לאט זאת הכיתה שלי.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״מורה מחליף או מחליפה״?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להקשיב, להרים יד כשיש לי שאלה, ולהסתכל על לוח היום בכיתה.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שינויים"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🔄 סיפורים חברתיים: שינויים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מבוגר   ·   כשאני   ·   להרגיש   ·   להרגיש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״מורה מחליף או מחליפה״?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היום מבוגר אחר מלמד אותנו.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(״מורה מחליף או מחליפה״) היום _______________ אחר מלמד אותנו.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״חדשים בכיתה״?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 בסדר להרגיש מתרגש/ת.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(״חדשים בכיתה״) זה בסדר _______________ מתרגש/ת.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״כשהתוכנית משתנה״?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בסדר להרגיש מאוכזב/ת.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(״כשהתוכנית משתנה״) זה בסדר _______________ מאוכזב/ת.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״עוברים דירה״?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גם נרגש/ת וגם עצוב/ה.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(״עוברים דירה״) אבא שמח _______________ מספר/ת 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להרים יד ולשאול.״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״הצלחתי ללמוד גם עם מבוגר אחר.״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״מורה מחליף או מחליפה״.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מי שמלמד אותנו לא כאן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החברים שלי והכיסא שלי כאן.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מבוגר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המבוגר החדש רוצה יום 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הצלחתי ללמוד גם עם מבוגר אחר.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היום מבוגר אחר מלמד אותנו.   ·   הילדים סקרנים להכיר אותי.   ·   אני יכול/ה להרים יד ולשאול.   ·   אני אומר/ת שלום ואת השם שלי.   ·   לפעמים מי שמלמד אותנו לא כאן היום.   ·   הצלחתי ללמוד גם עם מבוגר אחר.   ·   לאט לאט זאת הכיתה שלי.   ·   גם המבוגר החדש רוצה יום טוב.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מורה מחליף או מחליפה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שלום ואת השם שלי.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חדשים בכיתה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להרים יד ולשאול.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כשהתוכנית משתנה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מה התוכנית החדשה?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עוברים 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שלום לבית הישן.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אפשר לעשות במצב של ״מורה מחליף או מחליפה״?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שינויים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