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רגשות, ביטחון ורשת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״רגשות, ביטחון ורשת״ בספרייה: כשיש אזעקה، כשמפסידים במשחק، הפסקת חושים، נעימים ברשת.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״כשיש אזעקה״?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אנחנו הולכים למרחב המוגן בשקט.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(״כשיש אזעקה״) אנחנו ____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״כשמפסידים במשחק״?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כשאני מפסיד/ה, אני עצוב/ה קצת.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(״כשמפסידים במשחק״) ____ מפסיד/ה, אני עצוב/ה קצת.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לאט ולהחזיק יד.״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״כשיש אזעקה״.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ד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יכול/ה לכסות את האוזניים.، אנחנו הולכים למרחב המוגן בשקט. | נקודת מבט: המבוגרים נשארים איתנו.، גם ילדים אחרים מפסידים לפעמים. | מה אני יכול/ה לנסות: אני יכול/ה לנשום לאט ולהחזיק יד.، אני נושם/נושמת ואומר/ת: משחק יפה. | חיזוק: הלכתי בשקט, ואני גא/ה בעצמי.، שיחקתי יפה, וזה ניצחון שלי!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״כשיש אזעקה״: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אני מרגיש/ה פחד, אני יכול/ה לנסות לנשום לאט, להחזיק יד של מבוגר או לחבק את הברכיים.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(״כשיש אזעקה״ / ״כשמפסידים במשחק״ / ״הפסקת חושים״ / ״נעימים ברשת״):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רגשות, ביטחון ורשת"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💓 סיפורים חברתיים: רגשות, ביטחון ורשת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כשאני   ·   הולכים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״כשיש אזעקה״?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אנחנו הולכים למרחב המוגן בשקט.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במרפאה מחכים לתור.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אנחנו אורזים דברים בארגזים.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(״כשיש אזעקה״) אנחנו _______________ למרחב המוגן בשקט.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״כשמפסידים במשחק״?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כשאני מפסיד/ה, אני עצוב/ה קצת.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(״כשמפסידים במשחק״) _______________ מפסיד/ה, אני עצוב/ה קצת.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יכול/ה לנשום לאט ולהחזיק יד.״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״כשיש אזעקה״.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אחר כך אנחנו חוזרים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הלכתי בשקט,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אנחנו הולכים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המבוגרים נשארים איתנו.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יכול/ה לכסות את האוזניים.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אני נושם/נושמת ואומר/ת: משחק יפה.   ·   גם ילדים אחרים מפסידים לפעמים.   ·   אני יכול/ה לכסות את האוזניים.   ·   המבוגרים נשארים איתנו.   ·   אנחנו הולכים למרחב המוגן בשקט.   ·   אני יכול/ה לנשום לאט ולהחזיק יד.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״כשיש אזעקה״: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(״כשיש אזעקה״ / ״כשמפסידים במשחק״ / ״הפסקת חושים״ / ״נעימים ברשת״):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רגשות, ביטחון ורשת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