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רגשות, ביטחון ורשת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״רגשות, ביטחון ורשת״ בספרייה: כשיש אזעקה، כשמפסידים במשחק، הפסקת חושים، נעימים ברשת.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״כשיש אזעקה״?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אנחנו הולכים למרחב המוגן בשקט.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(״כשיש אזעקה״) אנחנו ____ למרחב המוגן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הולכים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״כשמפסידים במשחק״?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כשאני מפסיד/ה, אני עצוב/ה קצת.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(״כשמפסידים במשחק״) ____ מפסיד/ה, אני עצוב/ה קצת.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כשאני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״הפסקת חושים״?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אני יכול/ה לבקש הפסקה קטנה.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(״הפסקת חושים״) אני יכול/ה לבקש ____ קטנה.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הפסקה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״נעימים ברשת״?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לפני ששולחים, אני קורא/ת שוב.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(״נעימים ברשת״) לפני ____, אני קורא/ת שוב.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ששולחים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לנשום לאט ולהחזיק יד.״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״הלכתי בשקט, ואני גא/ה בעצמי.״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״כשיש אזעקה״.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ג → ב → ד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אני יכול/ה לכסות את האוזניים.، אנחנו הולכים למרחב המוגן בשקט. | נקודת מבט: המבוגרים נשארים איתנו.، גם ילדים אחרים מפסידים לפעמים. | מה אני יכול/ה לנסות: אני יכול/ה לנשום לאט ולהחזיק יד.، אני נושם/נושמת ואומר/ת: משחק יפה. | חיזוק: הלכתי בשקט, ואני גא/ה בעצמי.، שיחקתי יפה, וזה ניצחון שלי!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2–א, 3–ד,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אפשר לעשות במצב של ״כשיש אזעקה״? כתבו או ציירו.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אני מרגיש/ה פחד, אני יכול/ה לנסות לנשום לאט, להחזיק יד של מבוגר או לחבק את הברכיים.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חדשים לסיפור: מה קורה, מה אחרים מרגישים, מה אני יכול/ה לנסות.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רגשות, ביטחון ורשת"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💓 סיפורים חברתיים: רגשות, ביטחון ורשת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תמיד, רק בחלק מהזמן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sometimes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 הפעמים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usually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בלב: שמחה, פחד, כעס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feel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כדי לראות אם זה עוזר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למבוגר שאני צריך/ה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 for help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להירגע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ולהיות שוב רגוע/ה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calm down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להישאר עד שמגיע התור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טוב, אין 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okay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כשאני   ·   הפסקה   ·   ששולחים   ·   הולכים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בסיפור ״כשיש אזעקה״?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אנחנו הולכים למרחב המוגן בשקט.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במרפאה מחכים לתור.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אנחנו אורזים דברים בארגזים.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(״כשיש אזעקה״) אנחנו _______________ למרחב המוגן בשקט.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בסיפור ״כשמפסידים במשחק״?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שוטף/שוטפת ידיים לפני האוכל.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כשאני מפסיד/ה, אני עצוב/ה קצת.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לפעמים התוכנית משתנה.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משהו לא מצליח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(״כשמפסידים במשחק״) _______________ מפסיד/ה, אני עצוב/ה קצת.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כתוב בסיפור ״הפסקת חושים״?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לפעמים מישהו אחר משחק בכדור.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אני מצחצח/ת שיניים לפני השינה.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יכול/ה לבקש הפסקה קטנה.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אני רוצה לענות מיד.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(״הפסקת חושים״) אני יכול/ה לבקש _______________ קטנה.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כתוב בסיפור ״נעימים ברשת״?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במסיבה יש בלונים ומוזיקה.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אולי דחפתי או אמרתי מילה פוגעת.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לפני ששולחים, אני קורא/ת שוב.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(״נעימים ברשת״) לפני _______________, אני קורא/ת שוב.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המשפט ״אני יכול/ה לנשום לאט ולהחזיק יד.״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המשפט ״הלכתי בשקט, ואני גא/ה בעצמי.״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סדרו את המשפטים לפי הסדר בסיפור ״כשיש אזעקה״.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הלכתי בשקט, ואני גא/ה בעצמי.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המבוגרים נשארים איתנו.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אנחנו הולכים למרחב המוגן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 כך אנחנו חוזרים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לכסות את האוזניים.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אנחנו הולכים למרחב המוגן בשקט.   ·   הלכתי בשקט, ואני גא/ה בעצמי.   ·   גם ילדים אחרים מפסידים לפעמים.   ·   המבוגרים נשארים איתנו.   ·   אני יכול/ה לכסות את האוזניים.   ·   אני נושם/נושמת ואומר/ת: משחק יפה.   ·   אני יכול/ה לנשום לאט ולהחזיק יד.   ·   שיחקתי יפה, וזה ניצחון שלי!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🏠 כשיש אזעקה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נושם/נושמת ואומר/ת: משחק יפה.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🎲 כשמפסידים במשחק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ששולחים, אני קורא/ת שוב.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🎧 הפסקת חושים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לנשום לאט ולהחזיק יד.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 נעימים ברשת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נושם/נושמת לאט עם אוזניות.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מה אפשר לעשות במצב של ״כשיש אזעקה״? כתבו או ציירו.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3 משפטים חדשים לסיפור: מה קורה, מה אחרים מרגישים, מה אני יכול/ה לנסות.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רגשות, ביטחון ורשת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