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רגשות, ביטחון ורשת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״רגשות, ביטחון ורשת״ בספרייה: כשיש אזעקה، כשמפסידים במשחק، הפסקת חושים، נעימים ברשת.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״כשיש אזעקה״?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אנחנו הולכים למרחב המוגן בשקט.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(״כשיש אזעקה״) אנחנו ____ למרחב המוגן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הולכים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״כשמפסידים במשחק״?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כשאני מפסיד/ה, אני עצוב/ה קצת.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(״כשמפסידים במשחק״) ____ מפסיד/ה, אני עצוב/ה קצת.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״הפסקת חושים״?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אני יכול/ה לבקש הפסקה קטנה.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(״הפסקת חושים״) אני יכול/ה לבקש ____ קטנה.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הפסקה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״נעימים ברשת״?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לפני ששולחים, אני קורא/ת שוב.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(״נעימים ברשת״) לפני ____, אני קורא/ת שוב.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ששולחים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לנשום לאט ולהחזיק יד.״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״הלכתי בשקט, ואני גא/ה בעצמי.״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״כשיש אזעקה״.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א → ד → ג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״כשמפסידים במשחק״.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ב → ד → ג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״הפסקת חושים״.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ה → ג → ד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אני יכול/ה לכסות את האוזניים.، אנחנו הולכים למרחב המוגן בשקט. | נקודת מבט: המבוגרים נשארים איתנו.، גם ילדים אחרים מפסידים לפעמים. | מה אני יכול/ה לנסות: אני יכול/ה לנשום לאט ולהחזיק יד.، אני נושם/נושמת ואומר/ת: משחק יפה. | חיזוק: הלכתי בשקט, ואני גא/ה בעצמי.، שיחקתי יפה, וזה ניצחון שלי!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2–ד, 3–ב,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״כשיש אזעקה״: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אני מרגיש/ה פחד, אני יכול/ה לנסות לנשום לאט, להחזיק יד של מבוגר או לחבק את הברכיים.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אתם מרגישים כשקורה מצב כמו בסיפור ״נעימים ברשת״? כתבו או ציירו פרצוף.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לקבל כל רגש ולשאול מה עוזר.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(״כשיש אזעקה״ / ״כשמפסידים במשחק״ / ״הפסקת חושים״ / ״נעימים ברשת״):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רגשות, ביטחון ורשת"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💓 סיפורים חברתיים: רגשות, ביטחון ורשת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הסיפורים באתר וענו.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משפט מופיע בסיפור ״כשיש אזעקה״?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אנחנו הולכים למרחב המוגן בשקט.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במרפאה מחכים לתור.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אנחנו אורזים דברים בארגזים.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(״כשיש אזעקה״) אנחנו _______________ למרחב המוגן בשקט.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מופיע בסיפור ״כשמפסידים במשחק״?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שוטף/שוטפת ידיים לפני האוכל.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כשאני מפסיד/ה, אני עצוב/ה קצת.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לפעמים התוכנית משתנה.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משהו לא מצליח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(״כשמפסידים במשחק״) _______________ מפסיד/ה, אני עצוב/ה קצת.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משפט מופיע בסיפור ״הפסקת חושים״?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לפעמים מישהו אחר משחק בכדור.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מצחצח/ת שיניים לפני השינה.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יכול/ה לבקש הפסקה קטנה.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אני רוצה לענות מיד.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(״הפסקת חושים״) אני יכול/ה לבקש _______________ קטנה.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משפט מופיע בסיפור ״נעימים ברשת״?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במסיבה יש בלונים ומוזיקה.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אולי דחפתי או אמרתי מילה פוגעת.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לפני ששולחים, אני קורא/ת שוב.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(״נעימים ברשת״) לפני _______________, אני קורא/ת שוב.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המשפט ״אני יכול/ה לנשום לאט ולהחזיק יד.״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המשפט ״הלכתי בשקט, ואני גא/ה בעצמי.״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מיינו והתאימו.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סדרו את המשפטים לפי הסדר בסיפור ״כשיש אזעקה״.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אנחנו הולכים למרחב המוגן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לכסות את האוזניים.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 כך אנחנו חוזרים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המבוגרים נשארים איתנו.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הלכתי בשקט, ואני גא/ה בעצמי.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סדרו את המשפטים לפי הסדר בסיפור ״כשמפסידים במשחק״.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משחק מישהו מנצח ומישהו מפסיד.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ילדים אחרים מפסידים לפעמים.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החברים רוצים לשחק איתי שוב.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נושם/נושמת ואומר/ת: משחק יפה.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הרגש הקשה עובר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סדרו את המשפטים לפי הסדר בסיפור ״הפסקת חושים״.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הגוף שלי מרגיש שיש יותר מדי.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רגוע/ה ויכול/ה להמשיך.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נושם/נושמת לאט עם אוזניות.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כמה דקות אני חוזר/ת.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בפינה השקטה יש כרית ואוזניות.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אני יכול/ה לכסות את האוזניים.   ·   שיחקתי יפה, וזה ניצחון שלי!   ·   הלכתי בשקט, ואני גא/ה בעצמי.   ·   אני יכול/ה לנשום לאט ולהחזיק יד.   ·   גם ילדים אחרים מפסידים לפעמים.   ·   אנחנו הולכים למרחב המוגן בשקט.   ·   אני נושם/נושמת ואומר/ת: משחק יפה.   ·   המבוגרים נשארים איתנו.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🏠 כשיש אזעקה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ששולחים, אני קורא/ת שוב.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🎲 כשמפסידים במשחק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נושם/נושמת לאט עם אוזניות.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🎧 הפסקת חושים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לנשום לאט ולהחזיק יד.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 נעימים ברשת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נושם/נושמת ואומר/ת: משחק יפה.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בסיפור ״כשיש אזעקה״: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איך אתם מרגישים כשקורה מצב כמו בסיפור ״נעימים ברשת״? כתבו או ציירו פרצוף.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18. כתבו עמוד חדש לאחד הסיפורים (״כשיש אזעקה״ / ״כשמפסידים במשחק״ / ״הפסקת חושים״ / ״נעימים ברשת״):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רגשות, ביטחון ורשת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