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סיפורים חברתיים: בבית ובשגרה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לסיפורי הנושא ״בבית ובשגרה״ בספרייה: בוקר טוב לי، נוסעים בהסעה، נולד לנו תינוק، הולכים לישון בערב. קוראים יחד את הסיפור באתר (אפשר בהקראה ובגרסה הקצרה), ואז עונים: מה כתוב בסיפור, מסדרים את רצף האירועים, ממיינים סוגי משפטים וכותבים עמוד חדש.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״בוקר טוב לי״?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אני מצחצח/ת שיניים.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(״בוקר טוב לי״) אני מצחצח/ת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שיניים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״נוסעים בהסעה״?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אני יושב/ת וחוגר/ת חגורה.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(״נוסעים בהסעה״) אני יושב/ת וחוגר/ת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חגורה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יכול/ה לנשום עמוק ולבקש עזרה.״ מלמד מה אני יכול/ה לנסות לעשות.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״בוקר טוב לי״.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ב → ד → ה → ג → 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 לפי סוג המשפט.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תיאור: אני מתמתח/ת לאט.، אני מצחצח/ת שיניים. | נקודת מבט: כולם רגועים כשאני מוכן/מוכנה.، המלווים שמחים כשאני יושב/ת במקום. | מה אני יכול/ה לנסות: אני יכול/ה לנשום עמוק ולבקש עזרה.، אני מסתכל/ת מהחלון ונושם/נושמת לאט. | חיזוק: אני יוצא/ת לדרך עם חיוך.، הגענו, ואני יורד/ת בזהירות.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בסיפור ״בוקר טוב לי״: כתבו שני דברים שאפשר לנסות לעשות במצב הזה.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אם קשה לי למהר, אני יכול/ה לנסות לנשום עמוק, להסתכל על השעון או לבקש עזרה.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עמוד חדש לאחד הסיפורים (״בוקר טוב לי״ / ״נוסעים בהסעה״ / ״נולד לנו תינוק״ / ״הולכים לישון בערב״): משפט שמתאר מה קורה, משפט על מה אחרים מרגישים, ומשפט ״אני יכול/ה לנסות…״. אפשר לצייר תמונה.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שלושה סוגי משפטים, בגוף ראשון, בשפה רגועה וחיובית, בלי ״אסור״ ו״חייב״.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לחזק כל ניסיון.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"סיפורים חברתיים: בבית ובשגרה"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🏠 סיפורים חברתיים: בבית ובשגרה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קראו את הסיפור. סמנו.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חגורה   ·   שיניים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איזה משפט מופיע בסיפור ״בוקר טוב לי״?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אני מצחצח/ת שיניים.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אני משאיר/ה מרחק של יד.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אני יכול/ה לכסות את האוזניים.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(״בוקר טוב לי״) אני מצחצח/ת _______________.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3. איזה משפט מופיע בסיפור ״נוסעים בהסעה״?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קודם אני מסתכל/ת על המשחק.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אני יושב/ת וחוגר/ת חגורה.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בצ׳אט לא רואים את הפנים.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(״נוסעים בהסעה״) אני יושב/ת וחוגר/ת _______________.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המשפט ״אני יכול/ה לנשום עמוק ולבקש עזרה.״ מלמד מה אני יכול/ה לנסות לעשות.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סדר וסוגי 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מספרים לפי הסדר.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סדרו את המשפטים לפי הסדר בסיפור ״בוקר טוב לי״.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אני יוצא/ת לדרך עם חיוך.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אני מתלבש/ת לפי הסדר.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אני יכול/ה לנשום עמוק ולבקש עזרה.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אני אוכל/ת ארוחת בוקר.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כולם רגועים כשאני מוכן/מוכנה.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מיינו את המשפטים לפי סוג המשפט.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אני מתמתח/ת לאט.   ·   כולם רגועים כשאני מוכן/מוכנה.   ·   אני מסתכל/ת מהחלון ונושם/נושמת לאט.   ·   אני יכול/ה לנשום עמוק ולבקש עזרה.   ·   אני מצחצח/ת שיניים.   ·   המלווים שמחים כשאני יושב/ת במקום.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תיאור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נקודת מבט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מה אני יכול/ה לנסות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חיזוק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אני והסיפור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או ציירו.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8. בסיפור ״בוקר טוב לי״: כתבו שני דברים שאפשר לנסות לעשות במצב הזה.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9. כתבו עמוד חדש לאחד הסיפורים (״בוקר טוב לי״ / ״נוסעים בהסעה״ / ״נולד לנו תינוק״ / ״הולכים לישון בערב״): משפט שמתאר מה קורה, משפט על מה אחרים מרגישים, ומשפט ״אני יכול/ה לנסות…״. אפשר לצייר תמונה.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משפט אחד מהסיפור שעוזר לי: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דבר אחד שאנסה לעשות: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סיפורים חברתיים: בבית ובשגרה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