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בבית ובשגרה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״בבית ובשגרה״ בספרייה: בוקר טוב לי، נוסעים בהסעה، נולד לנו תינוק، הולכים לישון בערב.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״בוקר טוב לי״?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מצחצח/ת שיניים.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(״בוקר טוב לי״) אני מצחצח/ת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״נוסעים בהסעה״?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יושב/ת וחוגר/ת חגורה.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(״נוסעים בהסעה״) אני יושב/ת וחוגר/ת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״נולד לנו תינוק״?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לפעמים אני מקנא/ה, וזה בסדר.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(״נולד לנו תינוק״) ____ שלי אוהבות אותי כמו קודם.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האמהות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״הולכים לישון בערב״?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ההורים שלי קוראים לי סיפור.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(״הולכים לישון בערב״) ____ שלי קוראים לי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ההורים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עמוק ולבקש עזרה.״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יוצא/ת לדרך עם חיוך.״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״בוקר טוב לי״.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א → ג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מתמתח/ת לאט.، אני מצחצח/ת שיניים. | נקודת מבט: כולם רגועים כשאני מוכן/מוכנה.، המלווים שמחים כשאני יושב/ת במקום. | מה אני יכול/ה לנסות: אני יכול/ה לנשום עמוק ולבקש עזרה.، אני מסתכל/ת מהחלון ונושם/נושמת לאט. | חיזוק: אני יוצא/ת לדרך עם חיוך.، הגענו, ואני יורד/ת בזהירות.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2–ד,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״בוקר טוב לי״?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קשה לי למהר, אני יכול/ה לנסות לנשום עמוק, להסתכל על השעון או לבקש עזרה.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בבית ובשגרה"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סיפורים חברתיים: בבית ובשגרה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האמהות   ·   חגורה   ·   ההורים   ·   שיניים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״בוקר טוב לי״?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מצחצח/ת שיניים.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יכול/ה לכסות את האוזניים.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(״בוקר טוב לי״) אני מצחצח/ת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״נוסעים בהסעה״?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יושב/ת וחוגר/ת חגורה.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(״נוסעים בהסעה״) אני יושב/ת וחוגר/ת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״נולד לנו תינוק״?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בתור כל אחד מחכה למקום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אני מקנא/ה, וזה בסדר.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(״נולד לנו תינוק״) _______________ שלי אוהבות אותי כמו קודם.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״הולכים לישון בערב״?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לומד/ת קצת בכל 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ההורים שלי קוראים לי 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(״הולכים לישון בערב״) _______________ שלי קוראים לי 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לנשום עמוק ולבקש עזרה.״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״אני יוצא/ת לדרך עם חיוך.״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״בוקר טוב לי״.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אוכל/ת ארוחת בוקר.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עמוק ולבקש עזרה.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כולם רגועים כשאני מוכן/מוכנה.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מתלבש/ת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יוצא/ת לדרך עם חיוך.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מצחצח/ת שיניים.   ·   המלווים שמחים כשאני יושב/ת במקום.   ·   אני יכול/ה לנשום עמוק ולבקש עזרה.   ·   אני מסתכל/ת מהחלון ונושם/נושמת לאט.   ·   הגענו, ואני יורד/ת בזהירות.   ·   אני יוצא/ת לדרך עם חיוך.   ·   אני מתמתח/ת לאט.   ·   כולם רגועים כשאני מוכן/מוכנה.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🌅 בוקר טוב 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מחבק/ת בובה ונושם/נושמת לאט.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🚌 נוסעים בהסעה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חיבוק.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👶 נולד לנו 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עמוק ולבקש עזרה.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🌙 הולכים לישון בערב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מסתכל/ת מהחלון ונושם/נושמת לאט.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אפשר לעשות במצב של ״בוקר טוב לי״?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בבית ובשגרה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