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סיפורים חברתיים: בבית ובשגרה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לסיפורי הנושא ״בבית ובשגרה״ בספרייה: בוקר טוב לי، נוסעים בהסעה، נולד לנו תינוק، הולכים לישון בערב. קוראים יחד את הסיפור באתר (אפשר בהקראה ובגרסה הקצרה), ואז עונים: מה כתוב בסיפור, מסדרים את רצף האירועים, ממיינים סוגי משפטים וכותבים עמוד חדש.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״בוקר טוב לי״?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אני מצחצח/ת שיניים.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(״בוקר טוב לי״) אני מצחצח/ת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שיניים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״נוסעים בהסעה״?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אני יושב/ת וחוגר/ת חגורה.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(״נוסעים בהסעה״) אני יושב/ת וחוגר/ת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חגורה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״נולד לנו תינוק״?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לפעמים אני מקנא/ה, וזה בסדר.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(״נולד לנו תינוק״) ____ שלי אוהבות אותי כמו קודם.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האמהות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״הולכים לישון בערב״?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ההורים שלי קוראים לי סיפור.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(״הולכים לישון בערב״) ____ שלי קוראים לי 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ההורים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יכול/ה לנשום עמוק ולבקש עזרה.״ מלמד מה אני יכול/ה לנסות לעשות.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יוצא/ת לדרך עם חיוך.״ מתאר מה אחרים חושבים.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משפט מחזק – הוא אומר משהו טוב ונכון עליי.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״בוקר טוב לי״.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א → ב → ד → ה → 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״נוסעים בהסעה״.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ג → ד → א → ה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״נולד לנו תינוק״.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ה → א → ג → ב → 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אני מתמתח/ת לאט.، אני מצחצח/ת שיניים. | נקודת מבט: כולם רגועים כשאני מוכן/מוכנה.، המלווים שמחים כשאני יושב/ת במקום. | מה אני יכול/ה לנסות: אני יכול/ה לנשום עמוק ולבקש עזרה.، אני מסתכל/ת מהחלון ונושם/נושמת לאט. | חיזוק: אני יוצא/ת לדרך עם חיוך.، הגענו, ואני יורד/ת בזהירות.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סיפור למשפט ״מה אני יכול/ה לנסות״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1–ג, 2–ד, 3–ב,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״בוקר טוב לי״: כתבו שני דברים שאפשר לנסות לעשות במצב הזה.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אם קשה לי למהר, אני יכול/ה לנסות לנשום עמוק, להסתכל על השעון או לבקש עזרה.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אתם מרגישים כשקורה מצב כמו בסיפור ״הולכים לישון בערב״? כתבו או ציירו פרצוף.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לקבל כל רגש ולשאול מה עוזר.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עמוד חדש לאחד הסיפורים (״בוקר טוב לי״ / ״נוסעים בהסעה״ / ״נולד לנו תינוק״ / ״הולכים לישון בערב״): משפט שמתאר מה קורה, משפט על מה אחרים מרגישים, ומשפט ״אני יכול/ה לנסות…״. אפשר לצייר תמונה.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סוגי משפטים, בגוף ראשון, בשפה רגועה וחיובית, בלי ״אסור״ ו״חייב״.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לחזק כל ניסיון.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"סיפורים חברתיים: בבית ובשגרה"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🏠 סיפורים חברתיים: בבית ובשגרה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הסיפורים באתר וענו.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איזה משפט מופיע בסיפור ״בוקר טוב לי״?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מצחצח/ת שיניים.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אני משאיר/ה מרחק של 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אני יכול/ה לכסות את האוזניים.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בכל משחק מישהו מנצח ומישהו מפסיד.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(״בוקר טוב לי״) אני מצחצח/ת _______________.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איזה משפט מופיע בסיפור ״נוסעים בהסעה״?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קודם אני מסתכל/ת על המשחק.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אני יושב/ת וחוגר/ת חגורה.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בצ׳אט לא רואים את הפנים.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הכול כאן חדש לי.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(״נוסעים בהסעה״) אני יושב/ת וחוגר/ת _______________.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איזה משפט מופיע בסיפור ״נולד לנו תינוק״?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לומד/ת קצת בכל יום.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בתור כל אחד מחכה למקום שלו.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לפעמים אני מקנא/ה, וזה בסדר.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אמא מלווה אותי עד השער.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(״נולד לנו תינוק״) _______________ שלי אוהבות אותי כמו קודם.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איזה משפט מופיע בסיפור ״הולכים לישון בערב״?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לומד/ת קצת בכל יום.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במסיבה יש בלונים ומוזיקה.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בכל משחק מישהו מנצח ומישהו מפסיד.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ההורים שלי קוראים לי 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(״הולכים לישון בערב״) _______________ שלי קוראים לי 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המשפט ״אני יכול/ה לנשום עמוק ולבקש עזרה.״ מלמד מה אני יכול/ה לנסות לעשות.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המשפט ״אני יוצא/ת לדרך עם חיוך.״ מתאר מה אחרים חושבים.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 וסוגי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סדרו, מיינו והתאימו.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סדרו את המשפטים לפי הסדר בסיפור ״בוקר טוב לי״.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מתלבש/ת לפי הסדר.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אוכל/ת ארוחת בוקר.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יוצא/ת לדרך עם חיוך.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כולם רגועים כשאני מוכן/מוכנה.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לנשום עמוק ולבקש עזרה.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סדרו את המשפטים לפי הסדר בסיפור ״נוסעים בהסעה״.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 בהסעה רועש ואני לחוץ/לחוצה.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הגענו, ואני יורד/ת בזהירות.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עולה להסעה לאט.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יושב/ת וחוגר/ת חגורה.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המלווים שמחים כשאני יושב/ת במקום.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סדרו את המשפטים לפי הסדר בסיפור ״נולד לנו תינוק״.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האמהות שלי אוהבות אותי כמו קודם.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שר/ה לתינוק שיר שקט.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 אני מקנא/ה, וזה בסדר.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 מקום ואהבה לכולם במשפחה.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תינוקות בוכים כי אין להם מילים.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אני מתמתח/ת לאט.   ·   אני מצחצח/ת שיניים.   ·   הגענו, ואני יורד/ת בזהירות.   ·   אני מסתכל/ת מהחלון ונושם/נושמת לאט.   ·   המלווים שמחים כשאני יושב/ת במקום.   ·   אני יכול/ה לנשום עמוק ולבקש עזרה.   ·   כולם רגועים כשאני מוכן/מוכנה.   ·   אני יוצא/ת לדרך עם חיוך.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אני יכול/ה לנסות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התאימו כל סיפור למשפט ״מה אני יכול/ה לנסות״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🌅 בוקר טוב לי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מחבק/ת בובה ונושם/נושמת לאט.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🚌 נוסעים בהסעה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לבקש חיבוק.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👶 נולד לנו תינוק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לנשום עמוק ולבקש עזרה.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🌙 הולכים לישון בערב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מסתכל/ת מהחלון ונושם/נושמת לאט.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אני והסיפור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או ציירו.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16. בסיפור ״בוקר טוב לי״: כתבו שני דברים שאפשר לנסות לעשות במצב הזה.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17. איך אתם מרגישים כשקורה מצב כמו בסיפור ״הולכים לישון בערב״? כתבו או ציירו פרצוף.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18. כתבו עמוד חדש לאחד הסיפורים (״בוקר טוב לי״ / ״נוסעים בהסעה״ / ״נולד לנו תינוק״ / ״הולכים לישון בערב״): משפט שמתאר מה קורה, משפט על מה אחרים מרגישים, ומשפט ״אני יכול/ה לנסות…״. אפשר לצייר תמונה.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משפט אחד מהסיפור שעוזר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דבר אחד שאנסה לעשות: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איך אני מרגיש/ה עכשיו? 😊 😐 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סיפורים חברתיים: בבית ובשגרה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